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3556" w14:textId="77777777" w:rsidR="00E460D5" w:rsidRPr="001B687D" w:rsidRDefault="00000000">
      <w:pPr>
        <w:spacing w:after="0"/>
        <w:jc w:val="center"/>
        <w:rPr>
          <w:sz w:val="22"/>
          <w:szCs w:val="28"/>
        </w:rPr>
      </w:pPr>
      <w:r w:rsidRPr="001B687D">
        <w:rPr>
          <w:b/>
          <w:color w:val="2A6874"/>
          <w:sz w:val="22"/>
          <w:szCs w:val="28"/>
        </w:rPr>
        <w:t>СНЦ „АСОЦИАЦИЯ ИНТЕГРО“</w:t>
      </w:r>
    </w:p>
    <w:p w14:paraId="1352E309" w14:textId="77777777" w:rsidR="00E460D5" w:rsidRPr="001B687D" w:rsidRDefault="00000000">
      <w:pPr>
        <w:spacing w:before="20" w:after="20"/>
        <w:jc w:val="center"/>
        <w:rPr>
          <w:sz w:val="22"/>
          <w:szCs w:val="28"/>
        </w:rPr>
      </w:pPr>
      <w:r w:rsidRPr="001B687D">
        <w:rPr>
          <w:b/>
          <w:color w:val="173B53"/>
          <w:sz w:val="20"/>
          <w:szCs w:val="28"/>
        </w:rPr>
        <w:t>СТИПЕНДИАНТСКА ПРОГРАМА</w:t>
      </w:r>
    </w:p>
    <w:p w14:paraId="6DDC8BFC" w14:textId="77777777" w:rsidR="00E460D5" w:rsidRPr="001B687D" w:rsidRDefault="00000000">
      <w:pPr>
        <w:spacing w:after="100"/>
        <w:jc w:val="center"/>
        <w:rPr>
          <w:sz w:val="22"/>
          <w:szCs w:val="28"/>
        </w:rPr>
      </w:pPr>
      <w:r w:rsidRPr="001B687D">
        <w:rPr>
          <w:b/>
          <w:color w:val="173B53"/>
          <w:sz w:val="22"/>
          <w:szCs w:val="28"/>
        </w:rPr>
        <w:t>„Създаване на подкрепяща среда за ромски младежи за успешно завършване на средно образование“</w:t>
      </w:r>
    </w:p>
    <w:p w14:paraId="40F339D5" w14:textId="77777777" w:rsidR="00E460D5" w:rsidRPr="001B687D" w:rsidRDefault="00E460D5">
      <w:pPr>
        <w:pBdr>
          <w:bottom w:val="single" w:sz="10" w:space="1" w:color="2A6874"/>
        </w:pBdr>
        <w:spacing w:after="60"/>
        <w:rPr>
          <w:sz w:val="22"/>
          <w:szCs w:val="28"/>
        </w:rPr>
      </w:pPr>
    </w:p>
    <w:p w14:paraId="4DFE80D0" w14:textId="77777777" w:rsidR="00E460D5" w:rsidRPr="001B687D" w:rsidRDefault="00000000">
      <w:pPr>
        <w:spacing w:after="20"/>
        <w:jc w:val="center"/>
        <w:rPr>
          <w:sz w:val="22"/>
          <w:szCs w:val="28"/>
        </w:rPr>
      </w:pPr>
      <w:r w:rsidRPr="001B687D">
        <w:rPr>
          <w:b/>
          <w:color w:val="173B53"/>
          <w:sz w:val="32"/>
          <w:szCs w:val="28"/>
        </w:rPr>
        <w:t>ДЕКЛАРАЦИЯ ЗА ДОХОДИТЕ НА СЕМЕЙСТВОТО</w:t>
      </w:r>
    </w:p>
    <w:p w14:paraId="37A07CA3" w14:textId="77777777" w:rsidR="00E460D5" w:rsidRPr="001B687D" w:rsidRDefault="00000000">
      <w:pPr>
        <w:spacing w:after="100"/>
        <w:jc w:val="center"/>
        <w:rPr>
          <w:sz w:val="22"/>
          <w:szCs w:val="28"/>
        </w:rPr>
      </w:pPr>
      <w:r w:rsidRPr="001B687D">
        <w:rPr>
          <w:i/>
          <w:color w:val="58666D"/>
          <w:sz w:val="20"/>
          <w:szCs w:val="28"/>
        </w:rPr>
        <w:t>(при невъзможност за представяне на изискуем официален документ)</w:t>
      </w:r>
    </w:p>
    <w:p w14:paraId="22DA4139" w14:textId="52E5569A" w:rsidR="00E460D5" w:rsidRPr="001B687D" w:rsidRDefault="00000000" w:rsidP="002C4815">
      <w:pPr>
        <w:jc w:val="both"/>
        <w:rPr>
          <w:sz w:val="22"/>
          <w:szCs w:val="28"/>
        </w:rPr>
      </w:pPr>
      <w:r w:rsidRPr="001B687D">
        <w:rPr>
          <w:b/>
          <w:sz w:val="20"/>
          <w:szCs w:val="28"/>
        </w:rPr>
        <w:t xml:space="preserve">Декларатор 1 (родител/настойник): </w:t>
      </w:r>
      <w:r w:rsidRPr="001B687D">
        <w:rPr>
          <w:sz w:val="20"/>
          <w:szCs w:val="28"/>
        </w:rPr>
        <w:t>........................................................................................................................</w:t>
      </w:r>
      <w:r w:rsidR="002C4815">
        <w:rPr>
          <w:sz w:val="20"/>
          <w:szCs w:val="28"/>
        </w:rPr>
        <w:t>......</w:t>
      </w:r>
    </w:p>
    <w:p w14:paraId="2A04F08A" w14:textId="3F4D1DA5" w:rsidR="00E460D5" w:rsidRPr="001B687D" w:rsidRDefault="00000000" w:rsidP="002C4815">
      <w:pPr>
        <w:jc w:val="both"/>
        <w:rPr>
          <w:sz w:val="22"/>
          <w:szCs w:val="28"/>
        </w:rPr>
      </w:pPr>
      <w:r w:rsidRPr="001B687D">
        <w:rPr>
          <w:b/>
          <w:sz w:val="20"/>
          <w:szCs w:val="28"/>
        </w:rPr>
        <w:t xml:space="preserve">Декларатор 2 (родител/настойник): </w:t>
      </w:r>
      <w:r w:rsidRPr="001B687D">
        <w:rPr>
          <w:sz w:val="20"/>
          <w:szCs w:val="28"/>
        </w:rPr>
        <w:t>........................................................................................................................</w:t>
      </w:r>
      <w:r w:rsidR="002C4815">
        <w:rPr>
          <w:sz w:val="20"/>
          <w:szCs w:val="28"/>
        </w:rPr>
        <w:t>......</w:t>
      </w:r>
    </w:p>
    <w:p w14:paraId="1A8CA6E4" w14:textId="0A0800E3" w:rsidR="00E460D5" w:rsidRPr="001B687D" w:rsidRDefault="00000000" w:rsidP="002C4815">
      <w:pPr>
        <w:jc w:val="both"/>
        <w:rPr>
          <w:sz w:val="22"/>
          <w:szCs w:val="28"/>
        </w:rPr>
      </w:pPr>
      <w:r w:rsidRPr="001B687D">
        <w:rPr>
          <w:b/>
          <w:sz w:val="20"/>
          <w:szCs w:val="28"/>
        </w:rPr>
        <w:t xml:space="preserve">Родители/законни представители на кандидата: </w:t>
      </w:r>
      <w:r w:rsidRPr="001B687D">
        <w:rPr>
          <w:sz w:val="20"/>
          <w:szCs w:val="28"/>
        </w:rPr>
        <w:t>................................................................................</w:t>
      </w:r>
      <w:r w:rsidR="002C4815">
        <w:rPr>
          <w:sz w:val="20"/>
          <w:szCs w:val="28"/>
        </w:rPr>
        <w:t>.......................</w:t>
      </w:r>
    </w:p>
    <w:p w14:paraId="20EB3A9E" w14:textId="77777777" w:rsidR="00E460D5" w:rsidRPr="001B687D" w:rsidRDefault="00000000" w:rsidP="002C4815">
      <w:pPr>
        <w:spacing w:after="80"/>
        <w:jc w:val="both"/>
        <w:rPr>
          <w:sz w:val="22"/>
          <w:szCs w:val="28"/>
        </w:rPr>
      </w:pPr>
      <w:r w:rsidRPr="001B687D">
        <w:rPr>
          <w:b/>
          <w:sz w:val="20"/>
          <w:szCs w:val="28"/>
        </w:rPr>
        <w:t xml:space="preserve">Училище: </w:t>
      </w:r>
      <w:r w:rsidRPr="001B687D">
        <w:rPr>
          <w:sz w:val="20"/>
          <w:szCs w:val="28"/>
        </w:rPr>
        <w:t xml:space="preserve">.....................................................   </w:t>
      </w:r>
      <w:r w:rsidRPr="001B687D">
        <w:rPr>
          <w:b/>
          <w:sz w:val="20"/>
          <w:szCs w:val="28"/>
        </w:rPr>
        <w:t xml:space="preserve">Клас: </w:t>
      </w:r>
      <w:r w:rsidRPr="001B687D">
        <w:rPr>
          <w:sz w:val="20"/>
          <w:szCs w:val="28"/>
        </w:rPr>
        <w:t xml:space="preserve">.............   </w:t>
      </w:r>
      <w:r w:rsidRPr="001B687D">
        <w:rPr>
          <w:b/>
          <w:sz w:val="20"/>
          <w:szCs w:val="28"/>
        </w:rPr>
        <w:t xml:space="preserve">Учебна година: </w:t>
      </w:r>
      <w:r w:rsidRPr="001B687D">
        <w:rPr>
          <w:sz w:val="20"/>
          <w:szCs w:val="28"/>
        </w:rPr>
        <w:t>2026/2027 г.</w:t>
      </w:r>
    </w:p>
    <w:p w14:paraId="7B34854E" w14:textId="77777777" w:rsidR="00E460D5" w:rsidRPr="001B687D" w:rsidRDefault="00000000" w:rsidP="002C4815">
      <w:pPr>
        <w:spacing w:before="20" w:after="60" w:line="252" w:lineRule="auto"/>
        <w:jc w:val="both"/>
        <w:rPr>
          <w:sz w:val="22"/>
          <w:szCs w:val="28"/>
        </w:rPr>
      </w:pPr>
      <w:r w:rsidRPr="001B687D">
        <w:rPr>
          <w:sz w:val="20"/>
          <w:szCs w:val="28"/>
        </w:rPr>
        <w:t xml:space="preserve">Декларираме, че за периода от </w:t>
      </w:r>
      <w:r w:rsidRPr="001B687D">
        <w:rPr>
          <w:b/>
          <w:sz w:val="20"/>
          <w:szCs w:val="28"/>
        </w:rPr>
        <w:t>............................</w:t>
      </w:r>
      <w:r w:rsidRPr="001B687D">
        <w:rPr>
          <w:sz w:val="20"/>
          <w:szCs w:val="28"/>
        </w:rPr>
        <w:t xml:space="preserve"> до </w:t>
      </w:r>
      <w:r w:rsidRPr="001B687D">
        <w:rPr>
          <w:b/>
          <w:sz w:val="20"/>
          <w:szCs w:val="28"/>
        </w:rPr>
        <w:t>............................</w:t>
      </w:r>
      <w:r w:rsidRPr="001B687D">
        <w:rPr>
          <w:sz w:val="20"/>
          <w:szCs w:val="28"/>
        </w:rPr>
        <w:t xml:space="preserve"> г. доходите на членовете на нашето семейство/домакинство са както следва. Включени са доходите на </w:t>
      </w:r>
      <w:r w:rsidRPr="001B687D">
        <w:rPr>
          <w:b/>
          <w:sz w:val="20"/>
          <w:szCs w:val="28"/>
        </w:rPr>
        <w:t>........</w:t>
      </w:r>
      <w:r w:rsidRPr="001B687D">
        <w:rPr>
          <w:sz w:val="20"/>
          <w:szCs w:val="28"/>
        </w:rPr>
        <w:t xml:space="preserve"> членове на семейството/домакинството.</w:t>
      </w:r>
    </w:p>
    <w:tbl>
      <w:tblPr>
        <w:tblW w:w="0" w:type="auto"/>
        <w:jc w:val="center"/>
        <w:tblLayout w:type="fixed"/>
        <w:tblLook w:val="04A0" w:firstRow="1" w:lastRow="0" w:firstColumn="1" w:lastColumn="0" w:noHBand="0" w:noVBand="1"/>
      </w:tblPr>
      <w:tblGrid>
        <w:gridCol w:w="6192"/>
        <w:gridCol w:w="1757"/>
        <w:gridCol w:w="2232"/>
      </w:tblGrid>
      <w:tr w:rsidR="00E460D5" w:rsidRPr="001B687D" w14:paraId="7AED2C58" w14:textId="77777777">
        <w:trPr>
          <w:tblHeader/>
          <w:jc w:val="center"/>
        </w:trPr>
        <w:tc>
          <w:tcPr>
            <w:tcW w:w="6192" w:type="dxa"/>
            <w:tcBorders>
              <w:top w:val="single" w:sz="5" w:space="0" w:color="173B53"/>
              <w:left w:val="single" w:sz="4" w:space="0" w:color="FFFFFF"/>
              <w:bottom w:val="single" w:sz="5" w:space="0" w:color="173B53"/>
              <w:right w:val="single" w:sz="4" w:space="0" w:color="FFFFFF"/>
            </w:tcBorders>
            <w:shd w:val="clear" w:color="auto" w:fill="173B53"/>
            <w:tcMar>
              <w:top w:w="48" w:type="dxa"/>
              <w:left w:w="50" w:type="dxa"/>
              <w:bottom w:w="48" w:type="dxa"/>
              <w:right w:w="50" w:type="dxa"/>
            </w:tcMar>
            <w:vAlign w:val="center"/>
          </w:tcPr>
          <w:p w14:paraId="28EAED3C" w14:textId="77777777" w:rsidR="00E460D5" w:rsidRPr="001B687D" w:rsidRDefault="00000000">
            <w:pPr>
              <w:spacing w:after="0"/>
              <w:jc w:val="center"/>
              <w:rPr>
                <w:sz w:val="22"/>
                <w:szCs w:val="28"/>
              </w:rPr>
            </w:pPr>
            <w:r w:rsidRPr="001B687D">
              <w:rPr>
                <w:b/>
                <w:color w:val="FFFFFF"/>
                <w:szCs w:val="28"/>
              </w:rPr>
              <w:t>ВИД НА ДОХОДА</w:t>
            </w:r>
          </w:p>
        </w:tc>
        <w:tc>
          <w:tcPr>
            <w:tcW w:w="1757" w:type="dxa"/>
            <w:tcBorders>
              <w:top w:val="single" w:sz="5" w:space="0" w:color="173B53"/>
              <w:left w:val="single" w:sz="4" w:space="0" w:color="FFFFFF"/>
              <w:bottom w:val="single" w:sz="5" w:space="0" w:color="173B53"/>
              <w:right w:val="single" w:sz="4" w:space="0" w:color="FFFFFF"/>
            </w:tcBorders>
            <w:shd w:val="clear" w:color="auto" w:fill="173B53"/>
            <w:tcMar>
              <w:top w:w="48" w:type="dxa"/>
              <w:left w:w="50" w:type="dxa"/>
              <w:bottom w:w="48" w:type="dxa"/>
              <w:right w:w="50" w:type="dxa"/>
            </w:tcMar>
            <w:vAlign w:val="center"/>
          </w:tcPr>
          <w:p w14:paraId="579BDFDA" w14:textId="77777777" w:rsidR="00E460D5" w:rsidRPr="001B687D" w:rsidRDefault="00000000">
            <w:pPr>
              <w:spacing w:after="0"/>
              <w:jc w:val="center"/>
              <w:rPr>
                <w:sz w:val="22"/>
                <w:szCs w:val="28"/>
              </w:rPr>
            </w:pPr>
            <w:r w:rsidRPr="001B687D">
              <w:rPr>
                <w:b/>
                <w:color w:val="FFFFFF"/>
                <w:szCs w:val="28"/>
              </w:rPr>
              <w:t>ПОЛУЧАВАН</w:t>
            </w:r>
            <w:r w:rsidRPr="001B687D">
              <w:rPr>
                <w:b/>
                <w:color w:val="FFFFFF"/>
                <w:szCs w:val="28"/>
              </w:rPr>
              <w:br/>
              <w:t>ДА / НЕ</w:t>
            </w:r>
          </w:p>
        </w:tc>
        <w:tc>
          <w:tcPr>
            <w:tcW w:w="2232" w:type="dxa"/>
            <w:tcBorders>
              <w:top w:val="single" w:sz="5" w:space="0" w:color="173B53"/>
              <w:left w:val="single" w:sz="4" w:space="0" w:color="FFFFFF"/>
              <w:bottom w:val="single" w:sz="5" w:space="0" w:color="173B53"/>
              <w:right w:val="single" w:sz="4" w:space="0" w:color="FFFFFF"/>
            </w:tcBorders>
            <w:shd w:val="clear" w:color="auto" w:fill="173B53"/>
            <w:tcMar>
              <w:top w:w="48" w:type="dxa"/>
              <w:left w:w="50" w:type="dxa"/>
              <w:bottom w:w="48" w:type="dxa"/>
              <w:right w:w="50" w:type="dxa"/>
            </w:tcMar>
            <w:vAlign w:val="center"/>
          </w:tcPr>
          <w:p w14:paraId="11E78BDC" w14:textId="77777777" w:rsidR="00E460D5" w:rsidRPr="001B687D" w:rsidRDefault="00000000">
            <w:pPr>
              <w:spacing w:after="0"/>
              <w:jc w:val="center"/>
              <w:rPr>
                <w:sz w:val="22"/>
                <w:szCs w:val="28"/>
              </w:rPr>
            </w:pPr>
            <w:r w:rsidRPr="001B687D">
              <w:rPr>
                <w:b/>
                <w:color w:val="FFFFFF"/>
                <w:szCs w:val="28"/>
              </w:rPr>
              <w:t>ОБЩО ЗА ПЕРИОДА</w:t>
            </w:r>
            <w:r w:rsidRPr="001B687D">
              <w:rPr>
                <w:b/>
                <w:color w:val="FFFFFF"/>
                <w:szCs w:val="28"/>
              </w:rPr>
              <w:br/>
              <w:t>(евро)</w:t>
            </w:r>
          </w:p>
        </w:tc>
      </w:tr>
      <w:tr w:rsidR="00E460D5" w:rsidRPr="001B687D" w14:paraId="241BB570"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77CB195C" w14:textId="77777777" w:rsidR="00E460D5" w:rsidRPr="001B687D" w:rsidRDefault="00000000">
            <w:pPr>
              <w:spacing w:after="0"/>
              <w:rPr>
                <w:sz w:val="22"/>
                <w:szCs w:val="28"/>
              </w:rPr>
            </w:pPr>
            <w:proofErr w:type="spellStart"/>
            <w:r w:rsidRPr="001B687D">
              <w:rPr>
                <w:sz w:val="20"/>
                <w:szCs w:val="28"/>
              </w:rPr>
              <w:t>Tрудови</w:t>
            </w:r>
            <w:proofErr w:type="spellEnd"/>
            <w:r w:rsidRPr="001B687D">
              <w:rPr>
                <w:sz w:val="20"/>
                <w:szCs w:val="28"/>
              </w:rPr>
              <w:t xml:space="preserve"> правоотношения и възнаграждения от работа</w:t>
            </w:r>
          </w:p>
        </w:tc>
        <w:tc>
          <w:tcPr>
            <w:tcW w:w="1757"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4598E61E"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15C0E4F1" w14:textId="77777777" w:rsidR="00E460D5" w:rsidRPr="001B687D" w:rsidRDefault="00000000">
            <w:pPr>
              <w:spacing w:after="0"/>
              <w:jc w:val="center"/>
              <w:rPr>
                <w:sz w:val="22"/>
                <w:szCs w:val="28"/>
              </w:rPr>
            </w:pPr>
            <w:r w:rsidRPr="001B687D">
              <w:rPr>
                <w:szCs w:val="28"/>
              </w:rPr>
              <w:t>................ €</w:t>
            </w:r>
          </w:p>
        </w:tc>
      </w:tr>
      <w:tr w:rsidR="00E460D5" w:rsidRPr="001B687D" w14:paraId="32441839"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560C52E4" w14:textId="77777777" w:rsidR="00E460D5" w:rsidRPr="001B687D" w:rsidRDefault="00000000">
            <w:pPr>
              <w:spacing w:after="0"/>
              <w:rPr>
                <w:sz w:val="22"/>
                <w:szCs w:val="28"/>
              </w:rPr>
            </w:pPr>
            <w:r w:rsidRPr="001B687D">
              <w:rPr>
                <w:sz w:val="20"/>
                <w:szCs w:val="28"/>
              </w:rPr>
              <w:t>Доходи от чужбина</w:t>
            </w:r>
          </w:p>
        </w:tc>
        <w:tc>
          <w:tcPr>
            <w:tcW w:w="1757"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31D4E06D"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4EB28924" w14:textId="77777777" w:rsidR="00E460D5" w:rsidRPr="001B687D" w:rsidRDefault="00000000">
            <w:pPr>
              <w:spacing w:after="0"/>
              <w:jc w:val="center"/>
              <w:rPr>
                <w:sz w:val="22"/>
                <w:szCs w:val="28"/>
              </w:rPr>
            </w:pPr>
            <w:r w:rsidRPr="001B687D">
              <w:rPr>
                <w:szCs w:val="28"/>
              </w:rPr>
              <w:t>................ €</w:t>
            </w:r>
          </w:p>
        </w:tc>
      </w:tr>
      <w:tr w:rsidR="00E460D5" w:rsidRPr="001B687D" w14:paraId="06930B8E"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79621CFE" w14:textId="77777777" w:rsidR="00E460D5" w:rsidRPr="001B687D" w:rsidRDefault="00000000">
            <w:pPr>
              <w:spacing w:after="0"/>
              <w:rPr>
                <w:sz w:val="22"/>
                <w:szCs w:val="28"/>
              </w:rPr>
            </w:pPr>
            <w:r w:rsidRPr="001B687D">
              <w:rPr>
                <w:sz w:val="20"/>
                <w:szCs w:val="28"/>
              </w:rPr>
              <w:t>Временна, сезонна работа, надници, събиране на билки/гъби</w:t>
            </w:r>
          </w:p>
        </w:tc>
        <w:tc>
          <w:tcPr>
            <w:tcW w:w="1757"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43FF37C1"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310ACE24" w14:textId="77777777" w:rsidR="00E460D5" w:rsidRPr="001B687D" w:rsidRDefault="00000000">
            <w:pPr>
              <w:spacing w:after="0"/>
              <w:jc w:val="center"/>
              <w:rPr>
                <w:sz w:val="22"/>
                <w:szCs w:val="28"/>
              </w:rPr>
            </w:pPr>
            <w:r w:rsidRPr="001B687D">
              <w:rPr>
                <w:szCs w:val="28"/>
              </w:rPr>
              <w:t>................ €</w:t>
            </w:r>
          </w:p>
        </w:tc>
      </w:tr>
      <w:tr w:rsidR="00E460D5" w:rsidRPr="001B687D" w14:paraId="0A29C682"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522EFD35" w14:textId="77777777" w:rsidR="00E460D5" w:rsidRPr="001B687D" w:rsidRDefault="00000000">
            <w:pPr>
              <w:spacing w:after="0"/>
              <w:rPr>
                <w:sz w:val="22"/>
                <w:szCs w:val="28"/>
              </w:rPr>
            </w:pPr>
            <w:r w:rsidRPr="001B687D">
              <w:rPr>
                <w:sz w:val="20"/>
                <w:szCs w:val="28"/>
              </w:rPr>
              <w:t>Пенсии</w:t>
            </w:r>
          </w:p>
        </w:tc>
        <w:tc>
          <w:tcPr>
            <w:tcW w:w="1757"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6FB4C40D"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04D212D9" w14:textId="77777777" w:rsidR="00E460D5" w:rsidRPr="001B687D" w:rsidRDefault="00000000">
            <w:pPr>
              <w:spacing w:after="0"/>
              <w:jc w:val="center"/>
              <w:rPr>
                <w:sz w:val="22"/>
                <w:szCs w:val="28"/>
              </w:rPr>
            </w:pPr>
            <w:r w:rsidRPr="001B687D">
              <w:rPr>
                <w:szCs w:val="28"/>
              </w:rPr>
              <w:t>................ €</w:t>
            </w:r>
          </w:p>
        </w:tc>
      </w:tr>
      <w:tr w:rsidR="00E460D5" w:rsidRPr="001B687D" w14:paraId="062BB6BB"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7FB11B20" w14:textId="77777777" w:rsidR="00E460D5" w:rsidRPr="001B687D" w:rsidRDefault="00000000">
            <w:pPr>
              <w:spacing w:after="0"/>
              <w:rPr>
                <w:sz w:val="22"/>
                <w:szCs w:val="28"/>
              </w:rPr>
            </w:pPr>
            <w:r w:rsidRPr="001B687D">
              <w:rPr>
                <w:sz w:val="20"/>
                <w:szCs w:val="28"/>
              </w:rPr>
              <w:t>Обезщетения и помощи, включително социални помощи</w:t>
            </w:r>
          </w:p>
        </w:tc>
        <w:tc>
          <w:tcPr>
            <w:tcW w:w="1757"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486A99C7"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3C9A4A93" w14:textId="77777777" w:rsidR="00E460D5" w:rsidRPr="001B687D" w:rsidRDefault="00000000">
            <w:pPr>
              <w:spacing w:after="0"/>
              <w:jc w:val="center"/>
              <w:rPr>
                <w:sz w:val="22"/>
                <w:szCs w:val="28"/>
              </w:rPr>
            </w:pPr>
            <w:r w:rsidRPr="001B687D">
              <w:rPr>
                <w:szCs w:val="28"/>
              </w:rPr>
              <w:t>................ €</w:t>
            </w:r>
          </w:p>
        </w:tc>
      </w:tr>
      <w:tr w:rsidR="00E460D5" w:rsidRPr="001B687D" w14:paraId="497027C4"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560DE8CB" w14:textId="77777777" w:rsidR="00E460D5" w:rsidRPr="001B687D" w:rsidRDefault="00000000">
            <w:pPr>
              <w:spacing w:after="0"/>
              <w:rPr>
                <w:sz w:val="22"/>
                <w:szCs w:val="28"/>
              </w:rPr>
            </w:pPr>
            <w:r w:rsidRPr="001B687D">
              <w:rPr>
                <w:sz w:val="20"/>
                <w:szCs w:val="28"/>
              </w:rPr>
              <w:t>Стипендии и друга образователна подкрепа</w:t>
            </w:r>
          </w:p>
        </w:tc>
        <w:tc>
          <w:tcPr>
            <w:tcW w:w="1757"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6EA88ACF"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52E229F3" w14:textId="77777777" w:rsidR="00E460D5" w:rsidRPr="001B687D" w:rsidRDefault="00000000">
            <w:pPr>
              <w:spacing w:after="0"/>
              <w:jc w:val="center"/>
              <w:rPr>
                <w:sz w:val="22"/>
                <w:szCs w:val="28"/>
              </w:rPr>
            </w:pPr>
            <w:r w:rsidRPr="001B687D">
              <w:rPr>
                <w:szCs w:val="28"/>
              </w:rPr>
              <w:t>................ €</w:t>
            </w:r>
          </w:p>
        </w:tc>
      </w:tr>
      <w:tr w:rsidR="00E460D5" w:rsidRPr="001B687D" w14:paraId="40E4AD6B"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6EB277E5" w14:textId="77777777" w:rsidR="00E460D5" w:rsidRPr="001B687D" w:rsidRDefault="00000000">
            <w:pPr>
              <w:spacing w:after="0"/>
              <w:rPr>
                <w:sz w:val="22"/>
                <w:szCs w:val="28"/>
              </w:rPr>
            </w:pPr>
            <w:r w:rsidRPr="001B687D">
              <w:rPr>
                <w:sz w:val="20"/>
                <w:szCs w:val="28"/>
              </w:rPr>
              <w:t>Доходи от наеми</w:t>
            </w:r>
          </w:p>
        </w:tc>
        <w:tc>
          <w:tcPr>
            <w:tcW w:w="1757"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4FAE8965"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75D9D59C" w14:textId="77777777" w:rsidR="00E460D5" w:rsidRPr="001B687D" w:rsidRDefault="00000000">
            <w:pPr>
              <w:spacing w:after="0"/>
              <w:jc w:val="center"/>
              <w:rPr>
                <w:sz w:val="22"/>
                <w:szCs w:val="28"/>
              </w:rPr>
            </w:pPr>
            <w:r w:rsidRPr="001B687D">
              <w:rPr>
                <w:szCs w:val="28"/>
              </w:rPr>
              <w:t>................ €</w:t>
            </w:r>
          </w:p>
        </w:tc>
      </w:tr>
      <w:tr w:rsidR="00E460D5" w:rsidRPr="001B687D" w14:paraId="462AAB3E"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1FDDC381" w14:textId="77777777" w:rsidR="00E460D5" w:rsidRPr="001B687D" w:rsidRDefault="00000000">
            <w:pPr>
              <w:spacing w:after="0"/>
              <w:rPr>
                <w:sz w:val="22"/>
                <w:szCs w:val="28"/>
              </w:rPr>
            </w:pPr>
            <w:r w:rsidRPr="001B687D">
              <w:rPr>
                <w:sz w:val="20"/>
                <w:szCs w:val="28"/>
              </w:rPr>
              <w:t>Граждански договори, хонорари и други възнаграждения</w:t>
            </w:r>
          </w:p>
        </w:tc>
        <w:tc>
          <w:tcPr>
            <w:tcW w:w="1757"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19A1F958"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tcMar>
              <w:top w:w="30" w:type="dxa"/>
              <w:left w:w="55" w:type="dxa"/>
              <w:bottom w:w="30" w:type="dxa"/>
              <w:right w:w="55" w:type="dxa"/>
            </w:tcMar>
            <w:vAlign w:val="center"/>
          </w:tcPr>
          <w:p w14:paraId="75E75166" w14:textId="77777777" w:rsidR="00E460D5" w:rsidRPr="001B687D" w:rsidRDefault="00000000">
            <w:pPr>
              <w:spacing w:after="0"/>
              <w:jc w:val="center"/>
              <w:rPr>
                <w:sz w:val="22"/>
                <w:szCs w:val="28"/>
              </w:rPr>
            </w:pPr>
            <w:r w:rsidRPr="001B687D">
              <w:rPr>
                <w:szCs w:val="28"/>
              </w:rPr>
              <w:t>................ €</w:t>
            </w:r>
          </w:p>
        </w:tc>
      </w:tr>
      <w:tr w:rsidR="00E460D5" w:rsidRPr="001B687D" w14:paraId="6371BD14" w14:textId="77777777">
        <w:trPr>
          <w:cantSplit/>
          <w:jc w:val="center"/>
        </w:trPr>
        <w:tc>
          <w:tcPr>
            <w:tcW w:w="619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6DF846A8" w14:textId="77777777" w:rsidR="00E460D5" w:rsidRPr="001B687D" w:rsidRDefault="00000000">
            <w:pPr>
              <w:spacing w:after="0"/>
              <w:rPr>
                <w:sz w:val="22"/>
                <w:szCs w:val="28"/>
              </w:rPr>
            </w:pPr>
            <w:r w:rsidRPr="001B687D">
              <w:rPr>
                <w:sz w:val="20"/>
                <w:szCs w:val="28"/>
              </w:rPr>
              <w:t>Други доходи (посочете): .....................................................</w:t>
            </w:r>
          </w:p>
        </w:tc>
        <w:tc>
          <w:tcPr>
            <w:tcW w:w="1757"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68BB92C4" w14:textId="77777777" w:rsidR="00E460D5" w:rsidRPr="001B687D" w:rsidRDefault="00000000">
            <w:pPr>
              <w:spacing w:after="0"/>
              <w:jc w:val="center"/>
              <w:rPr>
                <w:sz w:val="22"/>
                <w:szCs w:val="28"/>
              </w:rPr>
            </w:pPr>
            <w:r w:rsidRPr="001B687D">
              <w:rPr>
                <w:szCs w:val="28"/>
              </w:rPr>
              <w:t>☐ Да   ☐ Не</w:t>
            </w:r>
          </w:p>
        </w:tc>
        <w:tc>
          <w:tcPr>
            <w:tcW w:w="2232" w:type="dxa"/>
            <w:tcBorders>
              <w:top w:val="single" w:sz="4" w:space="0" w:color="B7C7CE"/>
              <w:left w:val="single" w:sz="4" w:space="0" w:color="B7C7CE"/>
              <w:bottom w:val="single" w:sz="4" w:space="0" w:color="B7C7CE"/>
              <w:right w:val="single" w:sz="4" w:space="0" w:color="B7C7CE"/>
            </w:tcBorders>
            <w:shd w:val="clear" w:color="auto" w:fill="F7F9FA"/>
            <w:tcMar>
              <w:top w:w="30" w:type="dxa"/>
              <w:left w:w="55" w:type="dxa"/>
              <w:bottom w:w="30" w:type="dxa"/>
              <w:right w:w="55" w:type="dxa"/>
            </w:tcMar>
            <w:vAlign w:val="center"/>
          </w:tcPr>
          <w:p w14:paraId="7EFA4D3B" w14:textId="77777777" w:rsidR="00E460D5" w:rsidRPr="001B687D" w:rsidRDefault="00000000">
            <w:pPr>
              <w:spacing w:after="0"/>
              <w:jc w:val="center"/>
              <w:rPr>
                <w:sz w:val="22"/>
                <w:szCs w:val="28"/>
              </w:rPr>
            </w:pPr>
            <w:r w:rsidRPr="001B687D">
              <w:rPr>
                <w:szCs w:val="28"/>
              </w:rPr>
              <w:t>................ €</w:t>
            </w:r>
          </w:p>
        </w:tc>
      </w:tr>
    </w:tbl>
    <w:p w14:paraId="1D6F90CB" w14:textId="77777777" w:rsidR="00E460D5" w:rsidRPr="001B687D" w:rsidRDefault="00000000" w:rsidP="002C4815">
      <w:pPr>
        <w:spacing w:before="80"/>
        <w:jc w:val="both"/>
        <w:rPr>
          <w:sz w:val="22"/>
          <w:szCs w:val="28"/>
        </w:rPr>
      </w:pPr>
      <w:r w:rsidRPr="001B687D">
        <w:rPr>
          <w:b/>
          <w:sz w:val="20"/>
          <w:szCs w:val="28"/>
        </w:rPr>
        <w:t xml:space="preserve">Общ размер на доходите на всички членове за посочения период: </w:t>
      </w:r>
      <w:r w:rsidRPr="001B687D">
        <w:rPr>
          <w:sz w:val="20"/>
          <w:szCs w:val="28"/>
        </w:rPr>
        <w:t>........................................ евро</w:t>
      </w:r>
    </w:p>
    <w:p w14:paraId="5C127E22" w14:textId="77777777" w:rsidR="00E460D5" w:rsidRPr="001B687D" w:rsidRDefault="00000000" w:rsidP="002C4815">
      <w:pPr>
        <w:spacing w:after="60"/>
        <w:jc w:val="both"/>
        <w:rPr>
          <w:sz w:val="22"/>
          <w:szCs w:val="28"/>
        </w:rPr>
      </w:pPr>
      <w:r w:rsidRPr="001B687D">
        <w:rPr>
          <w:b/>
          <w:sz w:val="20"/>
          <w:szCs w:val="28"/>
        </w:rPr>
        <w:t xml:space="preserve">Брой месеци в периода: </w:t>
      </w:r>
      <w:r w:rsidRPr="001B687D">
        <w:rPr>
          <w:sz w:val="20"/>
          <w:szCs w:val="28"/>
        </w:rPr>
        <w:t xml:space="preserve">.............     </w:t>
      </w:r>
      <w:r w:rsidRPr="001B687D">
        <w:rPr>
          <w:b/>
          <w:sz w:val="20"/>
          <w:szCs w:val="28"/>
        </w:rPr>
        <w:t xml:space="preserve">Средномесечен доход на домакинството: </w:t>
      </w:r>
      <w:r w:rsidRPr="001B687D">
        <w:rPr>
          <w:sz w:val="20"/>
          <w:szCs w:val="28"/>
        </w:rPr>
        <w:t>........................ евро</w:t>
      </w:r>
    </w:p>
    <w:p w14:paraId="4C7DB5A5" w14:textId="77777777" w:rsidR="00E460D5" w:rsidRPr="001B687D" w:rsidRDefault="00000000" w:rsidP="002C4815">
      <w:pPr>
        <w:spacing w:after="60"/>
        <w:jc w:val="both"/>
        <w:rPr>
          <w:sz w:val="22"/>
          <w:szCs w:val="28"/>
        </w:rPr>
      </w:pPr>
      <w:r w:rsidRPr="001B687D">
        <w:rPr>
          <w:b/>
          <w:color w:val="58666D"/>
          <w:szCs w:val="28"/>
        </w:rPr>
        <w:t xml:space="preserve">Забележка: </w:t>
      </w:r>
      <w:r w:rsidRPr="001B687D">
        <w:rPr>
          <w:color w:val="58666D"/>
          <w:szCs w:val="28"/>
        </w:rPr>
        <w:t>В таблицата се посочва общата сума по всеки вид доход, получена от всички членове на семейството/домакинството през определения период. Средномесечният доход се изчислява като общият доход за периода се раздели на броя на месеците.</w:t>
      </w:r>
    </w:p>
    <w:p w14:paraId="0DAE45E0" w14:textId="77777777" w:rsidR="00E460D5" w:rsidRPr="001B687D" w:rsidRDefault="00000000" w:rsidP="002C4815">
      <w:pPr>
        <w:spacing w:before="40" w:after="60" w:line="247" w:lineRule="auto"/>
        <w:jc w:val="both"/>
        <w:rPr>
          <w:sz w:val="22"/>
          <w:szCs w:val="28"/>
        </w:rPr>
      </w:pPr>
      <w:r w:rsidRPr="001B687D">
        <w:rPr>
          <w:sz w:val="20"/>
          <w:szCs w:val="28"/>
        </w:rPr>
        <w:t>Декларираме, че посочените данни са верни и пълни и че не сме укрили доходи или обстоятелства, имащи значение за разглеждането на кандидатурата. Разбираме, че предоставянето на неверни или непълни данни може да доведе до отказ или прекратяване на подкрепата съгласно условията на програмата и приложимото законодателство.</w:t>
      </w:r>
    </w:p>
    <w:p w14:paraId="71BB4810" w14:textId="77777777" w:rsidR="00E460D5" w:rsidRPr="001B687D" w:rsidRDefault="00000000" w:rsidP="002C4815">
      <w:pPr>
        <w:spacing w:after="80"/>
        <w:jc w:val="both"/>
        <w:rPr>
          <w:sz w:val="20"/>
          <w:szCs w:val="28"/>
        </w:rPr>
      </w:pPr>
      <w:r w:rsidRPr="001B687D">
        <w:rPr>
          <w:sz w:val="20"/>
          <w:szCs w:val="28"/>
        </w:rPr>
        <w:t xml:space="preserve">Настоящата декларация се предоставя за целите на кандидатстването по </w:t>
      </w:r>
      <w:proofErr w:type="spellStart"/>
      <w:r w:rsidRPr="001B687D">
        <w:rPr>
          <w:sz w:val="20"/>
          <w:szCs w:val="28"/>
        </w:rPr>
        <w:t>стипендиантската</w:t>
      </w:r>
      <w:proofErr w:type="spellEnd"/>
      <w:r w:rsidRPr="001B687D">
        <w:rPr>
          <w:sz w:val="20"/>
          <w:szCs w:val="28"/>
        </w:rPr>
        <w:t xml:space="preserve"> програма на СНЦ „Асоциация Интегро“ и се използва като алтернативен документ при невъзможност за представяне на изискуемото официално удостоверение.</w:t>
      </w:r>
    </w:p>
    <w:p w14:paraId="79E68FF7" w14:textId="77777777" w:rsidR="004F030D" w:rsidRPr="001B687D" w:rsidRDefault="004F030D">
      <w:pPr>
        <w:spacing w:after="80"/>
        <w:rPr>
          <w:sz w:val="20"/>
          <w:szCs w:val="28"/>
        </w:rPr>
      </w:pPr>
    </w:p>
    <w:p w14:paraId="03CF40E3" w14:textId="77777777" w:rsidR="004F030D" w:rsidRPr="001B687D" w:rsidRDefault="004F030D">
      <w:pPr>
        <w:spacing w:after="80"/>
        <w:rPr>
          <w:sz w:val="20"/>
          <w:szCs w:val="28"/>
        </w:rPr>
      </w:pPr>
    </w:p>
    <w:p w14:paraId="2B0781D1" w14:textId="77777777" w:rsidR="004F030D" w:rsidRPr="001B687D" w:rsidRDefault="004F030D">
      <w:pPr>
        <w:spacing w:after="80"/>
        <w:rPr>
          <w:sz w:val="22"/>
          <w:szCs w:val="28"/>
        </w:rPr>
      </w:pPr>
    </w:p>
    <w:tbl>
      <w:tblPr>
        <w:tblpPr w:leftFromText="180" w:rightFromText="180" w:vertAnchor="text" w:horzAnchor="margin" w:tblpXSpec="right" w:tblpY="30"/>
        <w:tblW w:w="0" w:type="auto"/>
        <w:tblLayout w:type="fixed"/>
        <w:tblLook w:val="04A0" w:firstRow="1" w:lastRow="0" w:firstColumn="1" w:lastColumn="0" w:noHBand="0" w:noVBand="1"/>
      </w:tblPr>
      <w:tblGrid>
        <w:gridCol w:w="3291"/>
        <w:gridCol w:w="6933"/>
      </w:tblGrid>
      <w:tr w:rsidR="004F030D" w:rsidRPr="001B687D" w14:paraId="3D43AE10" w14:textId="77777777" w:rsidTr="004F030D">
        <w:trPr>
          <w:trHeight w:val="137"/>
        </w:trPr>
        <w:tc>
          <w:tcPr>
            <w:tcW w:w="3291" w:type="dxa"/>
            <w:tcBorders>
              <w:top w:val="nil"/>
              <w:left w:val="nil"/>
              <w:bottom w:val="nil"/>
              <w:right w:val="nil"/>
            </w:tcBorders>
            <w:tcMar>
              <w:top w:w="0" w:type="dxa"/>
              <w:left w:w="30" w:type="dxa"/>
              <w:bottom w:w="0" w:type="dxa"/>
              <w:right w:w="30" w:type="dxa"/>
            </w:tcMar>
          </w:tcPr>
          <w:p w14:paraId="709B2351" w14:textId="77777777" w:rsidR="004F030D" w:rsidRPr="001B687D" w:rsidRDefault="004F030D" w:rsidP="004F030D">
            <w:pPr>
              <w:spacing w:after="20"/>
              <w:rPr>
                <w:sz w:val="22"/>
                <w:szCs w:val="28"/>
              </w:rPr>
            </w:pPr>
            <w:r w:rsidRPr="001B687D">
              <w:rPr>
                <w:sz w:val="20"/>
                <w:szCs w:val="28"/>
              </w:rPr>
              <w:t>Място: ................................................</w:t>
            </w:r>
          </w:p>
        </w:tc>
        <w:tc>
          <w:tcPr>
            <w:tcW w:w="6933" w:type="dxa"/>
            <w:tcBorders>
              <w:top w:val="nil"/>
              <w:left w:val="nil"/>
              <w:bottom w:val="nil"/>
              <w:right w:val="nil"/>
            </w:tcBorders>
            <w:tcMar>
              <w:top w:w="0" w:type="dxa"/>
              <w:left w:w="30" w:type="dxa"/>
              <w:bottom w:w="0" w:type="dxa"/>
              <w:right w:w="30" w:type="dxa"/>
            </w:tcMar>
          </w:tcPr>
          <w:p w14:paraId="0AA6D4F0" w14:textId="77777777" w:rsidR="004F030D" w:rsidRPr="001B687D" w:rsidRDefault="004F030D" w:rsidP="004F030D">
            <w:pPr>
              <w:spacing w:after="20"/>
              <w:rPr>
                <w:sz w:val="22"/>
                <w:szCs w:val="28"/>
              </w:rPr>
            </w:pPr>
            <w:r w:rsidRPr="001B687D">
              <w:rPr>
                <w:sz w:val="20"/>
                <w:szCs w:val="28"/>
              </w:rPr>
              <w:t>Дата: ........../........../................</w:t>
            </w:r>
          </w:p>
        </w:tc>
      </w:tr>
      <w:tr w:rsidR="004F030D" w:rsidRPr="001B687D" w14:paraId="3CAFF34D" w14:textId="77777777" w:rsidTr="004F030D">
        <w:tc>
          <w:tcPr>
            <w:tcW w:w="3291" w:type="dxa"/>
            <w:tcBorders>
              <w:top w:val="nil"/>
              <w:left w:val="nil"/>
              <w:bottom w:val="nil"/>
              <w:right w:val="nil"/>
            </w:tcBorders>
            <w:tcMar>
              <w:top w:w="0" w:type="dxa"/>
              <w:left w:w="30" w:type="dxa"/>
              <w:bottom w:w="0" w:type="dxa"/>
              <w:right w:w="30" w:type="dxa"/>
            </w:tcMar>
          </w:tcPr>
          <w:p w14:paraId="68798276" w14:textId="77777777" w:rsidR="004F030D" w:rsidRPr="001B687D" w:rsidRDefault="004F030D" w:rsidP="004F030D">
            <w:pPr>
              <w:spacing w:before="80" w:after="0"/>
              <w:rPr>
                <w:sz w:val="22"/>
                <w:szCs w:val="28"/>
              </w:rPr>
            </w:pPr>
            <w:r w:rsidRPr="001B687D">
              <w:rPr>
                <w:b/>
                <w:sz w:val="20"/>
                <w:szCs w:val="28"/>
              </w:rPr>
              <w:t>Декларатор 1: ........................................</w:t>
            </w:r>
          </w:p>
        </w:tc>
        <w:tc>
          <w:tcPr>
            <w:tcW w:w="6933" w:type="dxa"/>
            <w:tcBorders>
              <w:top w:val="nil"/>
              <w:left w:val="nil"/>
              <w:bottom w:val="nil"/>
              <w:right w:val="nil"/>
            </w:tcBorders>
            <w:tcMar>
              <w:top w:w="0" w:type="dxa"/>
              <w:left w:w="30" w:type="dxa"/>
              <w:bottom w:w="0" w:type="dxa"/>
              <w:right w:w="30" w:type="dxa"/>
            </w:tcMar>
          </w:tcPr>
          <w:p w14:paraId="188EE33A" w14:textId="77777777" w:rsidR="004F030D" w:rsidRPr="001B687D" w:rsidRDefault="004F030D" w:rsidP="004F030D">
            <w:pPr>
              <w:spacing w:before="80" w:after="0"/>
              <w:rPr>
                <w:sz w:val="22"/>
                <w:szCs w:val="28"/>
              </w:rPr>
            </w:pPr>
            <w:r w:rsidRPr="001B687D">
              <w:rPr>
                <w:b/>
                <w:sz w:val="20"/>
                <w:szCs w:val="28"/>
              </w:rPr>
              <w:t>Декларатор 2: ........................................</w:t>
            </w:r>
          </w:p>
        </w:tc>
      </w:tr>
    </w:tbl>
    <w:p w14:paraId="47055553" w14:textId="24289DB0" w:rsidR="007509B1" w:rsidRPr="001B687D" w:rsidRDefault="00000000" w:rsidP="001B687D">
      <w:pPr>
        <w:spacing w:before="40" w:after="0"/>
        <w:jc w:val="center"/>
        <w:rPr>
          <w:i/>
          <w:color w:val="58666D"/>
          <w:szCs w:val="28"/>
        </w:rPr>
      </w:pPr>
      <w:r w:rsidRPr="001B687D">
        <w:rPr>
          <w:i/>
          <w:color w:val="58666D"/>
          <w:szCs w:val="28"/>
        </w:rPr>
        <w:t>Декларацията се подписва от двамата родители/законни представители.</w:t>
      </w:r>
    </w:p>
    <w:p w14:paraId="548A8887" w14:textId="77777777" w:rsidR="007509B1" w:rsidRPr="001B687D" w:rsidRDefault="007509B1" w:rsidP="007509B1">
      <w:pPr>
        <w:rPr>
          <w:sz w:val="22"/>
          <w:szCs w:val="28"/>
        </w:rPr>
      </w:pPr>
    </w:p>
    <w:p w14:paraId="3104B265" w14:textId="77777777" w:rsidR="007509B1" w:rsidRPr="001B687D" w:rsidRDefault="007509B1" w:rsidP="007509B1">
      <w:pPr>
        <w:rPr>
          <w:i/>
          <w:color w:val="58666D"/>
          <w:szCs w:val="28"/>
        </w:rPr>
      </w:pPr>
    </w:p>
    <w:p w14:paraId="5C2CB3D4" w14:textId="37DC5C09" w:rsidR="007509B1" w:rsidRPr="001B687D" w:rsidRDefault="007509B1" w:rsidP="007509B1">
      <w:pPr>
        <w:tabs>
          <w:tab w:val="left" w:pos="4870"/>
        </w:tabs>
        <w:jc w:val="center"/>
        <w:rPr>
          <w:sz w:val="22"/>
          <w:szCs w:val="28"/>
        </w:rPr>
      </w:pPr>
      <w:r w:rsidRPr="001B687D">
        <w:rPr>
          <w:sz w:val="22"/>
          <w:szCs w:val="28"/>
        </w:rPr>
        <w:drawing>
          <wp:inline distT="0" distB="0" distL="0" distR="0" wp14:anchorId="42521B7A" wp14:editId="269D7682">
            <wp:extent cx="1104900" cy="273864"/>
            <wp:effectExtent l="0" t="0" r="0" b="0"/>
            <wp:docPr id="55702581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25816" name="Картина 557025816"/>
                    <pic:cNvPicPr/>
                  </pic:nvPicPr>
                  <pic:blipFill>
                    <a:blip r:embed="rId8"/>
                    <a:stretch>
                      <a:fillRect/>
                    </a:stretch>
                  </pic:blipFill>
                  <pic:spPr>
                    <a:xfrm>
                      <a:off x="0" y="0"/>
                      <a:ext cx="1135320" cy="281404"/>
                    </a:xfrm>
                    <a:prstGeom prst="rect">
                      <a:avLst/>
                    </a:prstGeom>
                  </pic:spPr>
                </pic:pic>
              </a:graphicData>
            </a:graphic>
          </wp:inline>
        </w:drawing>
      </w:r>
    </w:p>
    <w:p w14:paraId="5B12888A" w14:textId="77777777" w:rsidR="007509B1" w:rsidRPr="001B687D" w:rsidRDefault="007509B1" w:rsidP="007509B1">
      <w:pPr>
        <w:tabs>
          <w:tab w:val="left" w:pos="4870"/>
        </w:tabs>
        <w:jc w:val="center"/>
        <w:rPr>
          <w:sz w:val="22"/>
          <w:szCs w:val="28"/>
        </w:rPr>
      </w:pPr>
    </w:p>
    <w:p w14:paraId="1C0821F9" w14:textId="3689C334" w:rsidR="007509B1" w:rsidRPr="001B687D" w:rsidRDefault="007509B1" w:rsidP="007509B1">
      <w:pPr>
        <w:tabs>
          <w:tab w:val="left" w:pos="4870"/>
        </w:tabs>
        <w:jc w:val="center"/>
      </w:pPr>
      <w:r w:rsidRPr="001B687D">
        <w:t>2026 г.</w:t>
      </w:r>
    </w:p>
    <w:sectPr w:rsidR="007509B1" w:rsidRPr="001B687D" w:rsidSect="00034616">
      <w:footerReference w:type="default" r:id="rId9"/>
      <w:pgSz w:w="12240" w:h="15840"/>
      <w:pgMar w:top="605" w:right="792" w:bottom="605" w:left="79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C46C" w14:textId="77777777" w:rsidR="00E3325D" w:rsidRPr="001B687D" w:rsidRDefault="00E3325D">
      <w:pPr>
        <w:spacing w:after="0"/>
      </w:pPr>
      <w:r w:rsidRPr="001B687D">
        <w:separator/>
      </w:r>
    </w:p>
  </w:endnote>
  <w:endnote w:type="continuationSeparator" w:id="0">
    <w:p w14:paraId="5F25052D" w14:textId="77777777" w:rsidR="00E3325D" w:rsidRPr="001B687D" w:rsidRDefault="00E3325D">
      <w:pPr>
        <w:spacing w:after="0"/>
      </w:pPr>
      <w:r w:rsidRPr="001B6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DD34" w14:textId="77777777" w:rsidR="00E460D5" w:rsidRPr="001B687D" w:rsidRDefault="00000000">
    <w:pPr>
      <w:pStyle w:val="a7"/>
      <w:jc w:val="center"/>
    </w:pPr>
    <w:r w:rsidRPr="001B687D">
      <w:rPr>
        <w:color w:val="6E7D84"/>
        <w:sz w:val="14"/>
      </w:rPr>
      <w:t xml:space="preserve">Асоциация Интегро  •  </w:t>
    </w:r>
    <w:proofErr w:type="spellStart"/>
    <w:r w:rsidRPr="001B687D">
      <w:rPr>
        <w:color w:val="6E7D84"/>
        <w:sz w:val="14"/>
      </w:rPr>
      <w:t>Стипендиантска</w:t>
    </w:r>
    <w:proofErr w:type="spellEnd"/>
    <w:r w:rsidRPr="001B687D">
      <w:rPr>
        <w:color w:val="6E7D84"/>
        <w:sz w:val="14"/>
      </w:rPr>
      <w:t xml:space="preserve"> програма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BE2E" w14:textId="77777777" w:rsidR="00E3325D" w:rsidRPr="001B687D" w:rsidRDefault="00E3325D">
      <w:pPr>
        <w:spacing w:after="0"/>
      </w:pPr>
      <w:r w:rsidRPr="001B687D">
        <w:separator/>
      </w:r>
    </w:p>
  </w:footnote>
  <w:footnote w:type="continuationSeparator" w:id="0">
    <w:p w14:paraId="54F75ABD" w14:textId="77777777" w:rsidR="00E3325D" w:rsidRPr="001B687D" w:rsidRDefault="00E3325D">
      <w:pPr>
        <w:spacing w:after="0"/>
      </w:pPr>
      <w:r w:rsidRPr="001B687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30657641">
    <w:abstractNumId w:val="8"/>
  </w:num>
  <w:num w:numId="2" w16cid:durableId="837233399">
    <w:abstractNumId w:val="6"/>
  </w:num>
  <w:num w:numId="3" w16cid:durableId="419105686">
    <w:abstractNumId w:val="5"/>
  </w:num>
  <w:num w:numId="4" w16cid:durableId="342510229">
    <w:abstractNumId w:val="4"/>
  </w:num>
  <w:num w:numId="5" w16cid:durableId="116265890">
    <w:abstractNumId w:val="7"/>
  </w:num>
  <w:num w:numId="6" w16cid:durableId="723675396">
    <w:abstractNumId w:val="3"/>
  </w:num>
  <w:num w:numId="7" w16cid:durableId="1916016678">
    <w:abstractNumId w:val="2"/>
  </w:num>
  <w:num w:numId="8" w16cid:durableId="674916654">
    <w:abstractNumId w:val="1"/>
  </w:num>
  <w:num w:numId="9" w16cid:durableId="164300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87D"/>
    <w:rsid w:val="0029639D"/>
    <w:rsid w:val="002C4815"/>
    <w:rsid w:val="00326F90"/>
    <w:rsid w:val="004F030D"/>
    <w:rsid w:val="007509B1"/>
    <w:rsid w:val="00AA1D8D"/>
    <w:rsid w:val="00B47730"/>
    <w:rsid w:val="00CB0664"/>
    <w:rsid w:val="00E3325D"/>
    <w:rsid w:val="00E460D5"/>
    <w:rsid w:val="00F24A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31EAB"/>
  <w14:defaultImageDpi w14:val="300"/>
  <w15:docId w15:val="{D325A3F2-7D41-42D3-9491-D8CFACAB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40" w:lineRule="auto"/>
    </w:pPr>
    <w:rPr>
      <w:rFonts w:ascii="Arial" w:hAnsi="Arial"/>
      <w:color w:val="262F37"/>
      <w:sz w:val="18"/>
      <w:lang w:val="bg-BG"/>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Декларация за доходите на семейството – Стипендиантска програма 2026/2027</dc:title>
  <dc:subject>Асоциация Интегро</dc:subject>
  <dc:creator>Асоциация Интегро</dc:creator>
  <cp:keywords>стипендиантска програма, декларация, доходи</cp:keywords>
  <dc:description>generated by python-docx</dc:description>
  <cp:lastModifiedBy>Vergil Ibryam</cp:lastModifiedBy>
  <cp:revision>5</cp:revision>
  <dcterms:created xsi:type="dcterms:W3CDTF">2013-12-23T23:15:00Z</dcterms:created>
  <dcterms:modified xsi:type="dcterms:W3CDTF">2026-10-14T10:52:00Z</dcterms:modified>
  <cp:category/>
</cp:coreProperties>
</file>